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901D" w14:textId="77777777" w:rsidR="00870FF5" w:rsidRPr="007321E2" w:rsidRDefault="007A67B5">
      <w:pPr>
        <w:spacing w:after="20"/>
        <w:jc w:val="center"/>
        <w:rPr>
          <w:rFonts w:asciiTheme="majorHAnsi" w:hAnsiTheme="majorHAnsi" w:cstheme="majorHAnsi"/>
        </w:rPr>
      </w:pPr>
      <w:r w:rsidRPr="007321E2">
        <w:rPr>
          <w:rFonts w:asciiTheme="majorHAnsi" w:hAnsiTheme="majorHAnsi" w:cstheme="majorHAnsi"/>
          <w:b/>
          <w:sz w:val="20"/>
        </w:rPr>
        <w:t>CAPITAL AREA JUSTICE MINISTRY</w:t>
      </w:r>
    </w:p>
    <w:p w14:paraId="268F89DE" w14:textId="77777777" w:rsidR="00870FF5" w:rsidRPr="007321E2" w:rsidRDefault="007A67B5">
      <w:pPr>
        <w:spacing w:after="60"/>
        <w:jc w:val="center"/>
        <w:rPr>
          <w:rFonts w:asciiTheme="majorHAnsi" w:hAnsiTheme="majorHAnsi" w:cstheme="majorHAnsi"/>
        </w:rPr>
      </w:pPr>
      <w:r w:rsidRPr="007321E2">
        <w:rPr>
          <w:rFonts w:asciiTheme="majorHAnsi" w:hAnsiTheme="majorHAnsi" w:cstheme="majorHAnsi"/>
          <w:b/>
          <w:sz w:val="34"/>
        </w:rPr>
        <w:t>JUSTICE LEAGUE | CHAMPION DONATION TRACKER</w:t>
      </w:r>
    </w:p>
    <w:p w14:paraId="6BA8E19D" w14:textId="6CE528AB" w:rsidR="00870FF5" w:rsidRPr="007321E2" w:rsidRDefault="007A67B5">
      <w:pPr>
        <w:spacing w:after="240"/>
        <w:jc w:val="center"/>
        <w:rPr>
          <w:rFonts w:asciiTheme="majorHAnsi" w:hAnsiTheme="majorHAnsi" w:cstheme="majorHAnsi"/>
          <w:sz w:val="22"/>
        </w:rPr>
      </w:pPr>
      <w:r w:rsidRPr="007321E2">
        <w:rPr>
          <w:rFonts w:asciiTheme="majorHAnsi" w:hAnsiTheme="majorHAnsi" w:cstheme="majorHAnsi"/>
          <w:b/>
          <w:sz w:val="22"/>
        </w:rPr>
        <w:t xml:space="preserve">100 Justice </w:t>
      </w:r>
      <w:r w:rsidR="008B4DBC" w:rsidRPr="007321E2">
        <w:rPr>
          <w:rFonts w:asciiTheme="majorHAnsi" w:hAnsiTheme="majorHAnsi" w:cstheme="majorHAnsi"/>
          <w:b/>
          <w:sz w:val="22"/>
        </w:rPr>
        <w:t>Champions • One</w:t>
      </w:r>
      <w:r w:rsidRPr="007321E2">
        <w:rPr>
          <w:rFonts w:asciiTheme="majorHAnsi" w:hAnsiTheme="majorHAnsi" w:cstheme="majorHAnsi"/>
          <w:b/>
          <w:sz w:val="22"/>
        </w:rPr>
        <w:t xml:space="preserve"> </w:t>
      </w:r>
      <w:r w:rsidR="008B4DBC" w:rsidRPr="007321E2">
        <w:rPr>
          <w:rFonts w:asciiTheme="majorHAnsi" w:hAnsiTheme="majorHAnsi" w:cstheme="majorHAnsi"/>
          <w:b/>
          <w:sz w:val="22"/>
        </w:rPr>
        <w:t>Mission • $50,000 | Giving</w:t>
      </w:r>
      <w:r w:rsidRPr="007321E2">
        <w:rPr>
          <w:rFonts w:asciiTheme="majorHAnsi" w:hAnsiTheme="majorHAnsi" w:cstheme="majorHAnsi"/>
          <w:b/>
          <w:sz w:val="22"/>
        </w:rPr>
        <w:t xml:space="preserve"> Tuesday: December 1, 2026</w:t>
      </w:r>
    </w:p>
    <w:p w14:paraId="48E42751" w14:textId="77777777" w:rsidR="00870FF5" w:rsidRPr="007321E2" w:rsidRDefault="007A67B5">
      <w:pPr>
        <w:spacing w:after="80"/>
        <w:rPr>
          <w:rFonts w:asciiTheme="majorHAnsi" w:hAnsiTheme="majorHAnsi" w:cstheme="majorHAnsi"/>
          <w:sz w:val="22"/>
        </w:rPr>
      </w:pPr>
      <w:r w:rsidRPr="007321E2">
        <w:rPr>
          <w:rFonts w:asciiTheme="majorHAnsi" w:hAnsiTheme="majorHAnsi" w:cstheme="majorHAnsi"/>
          <w:b/>
          <w:sz w:val="22"/>
        </w:rPr>
        <w:t>CHAMPION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35"/>
        <w:gridCol w:w="3435"/>
        <w:gridCol w:w="3384"/>
      </w:tblGrid>
      <w:tr w:rsidR="00870FF5" w:rsidRPr="008B4DBC" w14:paraId="5D0C2358" w14:textId="77777777" w:rsidTr="008B4DBC">
        <w:trPr>
          <w:trHeight w:val="299"/>
          <w:jc w:val="center"/>
        </w:trPr>
        <w:tc>
          <w:tcPr>
            <w:tcW w:w="3435" w:type="dxa"/>
            <w:shd w:val="clear" w:color="auto" w:fill="142A49"/>
          </w:tcPr>
          <w:p w14:paraId="73C51BD3" w14:textId="5342E142" w:rsidR="00870FF5" w:rsidRPr="008B4DBC" w:rsidRDefault="007A67B5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Champion </w:t>
            </w:r>
            <w:r w:rsidR="0088329D"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N</w:t>
            </w: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ame</w:t>
            </w:r>
          </w:p>
        </w:tc>
        <w:tc>
          <w:tcPr>
            <w:tcW w:w="3435" w:type="dxa"/>
            <w:shd w:val="clear" w:color="auto" w:fill="142A49"/>
          </w:tcPr>
          <w:p w14:paraId="6BC95FD7" w14:textId="18B324D6" w:rsidR="00870FF5" w:rsidRPr="008B4DBC" w:rsidRDefault="007A67B5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Congregation</w:t>
            </w:r>
          </w:p>
        </w:tc>
        <w:tc>
          <w:tcPr>
            <w:tcW w:w="3384" w:type="dxa"/>
            <w:shd w:val="clear" w:color="auto" w:fill="142A49"/>
          </w:tcPr>
          <w:p w14:paraId="276EB46B" w14:textId="77777777" w:rsidR="00870FF5" w:rsidRPr="008B4DBC" w:rsidRDefault="007A67B5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Phone / Email</w:t>
            </w:r>
          </w:p>
        </w:tc>
      </w:tr>
      <w:tr w:rsidR="00870FF5" w:rsidRPr="008B4DBC" w14:paraId="11002D1F" w14:textId="77777777" w:rsidTr="008B4DBC">
        <w:trPr>
          <w:trHeight w:val="345"/>
          <w:jc w:val="center"/>
        </w:trPr>
        <w:tc>
          <w:tcPr>
            <w:tcW w:w="3435" w:type="dxa"/>
            <w:vAlign w:val="center"/>
          </w:tcPr>
          <w:p w14:paraId="35B4C2D5" w14:textId="408E454F" w:rsidR="00870FF5" w:rsidRPr="008B4DBC" w:rsidRDefault="00870FF5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435" w:type="dxa"/>
            <w:vAlign w:val="center"/>
          </w:tcPr>
          <w:p w14:paraId="72A33360" w14:textId="47C87EF0" w:rsidR="00870FF5" w:rsidRPr="008B4DBC" w:rsidRDefault="00870FF5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384" w:type="dxa"/>
            <w:vAlign w:val="center"/>
          </w:tcPr>
          <w:p w14:paraId="79F6ED72" w14:textId="1CF907F6" w:rsidR="00870FF5" w:rsidRPr="008B4DBC" w:rsidRDefault="00870FF5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4ECFB7BB" w14:textId="77777777" w:rsidR="00870FF5" w:rsidRPr="008B4DBC" w:rsidRDefault="00870FF5">
      <w:pPr>
        <w:spacing w:after="0"/>
        <w:rPr>
          <w:rFonts w:asciiTheme="majorHAnsi" w:hAnsiTheme="majorHAnsi" w:cstheme="majorHAnsi"/>
          <w:sz w:val="22"/>
        </w:rPr>
      </w:pPr>
    </w:p>
    <w:p w14:paraId="11C866FD" w14:textId="77777777" w:rsidR="00870FF5" w:rsidRPr="00D44CB0" w:rsidRDefault="007A67B5">
      <w:pPr>
        <w:spacing w:after="60"/>
        <w:rPr>
          <w:rFonts w:asciiTheme="majorHAnsi" w:hAnsiTheme="majorHAnsi" w:cstheme="majorHAnsi"/>
          <w:sz w:val="22"/>
        </w:rPr>
      </w:pPr>
      <w:r w:rsidRPr="00D44CB0">
        <w:rPr>
          <w:rFonts w:asciiTheme="majorHAnsi" w:hAnsiTheme="majorHAnsi" w:cstheme="majorHAnsi"/>
          <w:b/>
          <w:sz w:val="22"/>
        </w:rPr>
        <w:t>JUSTICE LEAGUE TEAM &amp; FUNDRAISING GOAL</w:t>
      </w:r>
    </w:p>
    <w:p w14:paraId="5023BA85" w14:textId="77777777" w:rsidR="00870FF5" w:rsidRPr="00D44CB0" w:rsidRDefault="007A67B5">
      <w:pPr>
        <w:spacing w:after="100"/>
        <w:rPr>
          <w:rFonts w:asciiTheme="majorHAnsi" w:hAnsiTheme="majorHAnsi" w:cstheme="majorHAnsi"/>
          <w:sz w:val="22"/>
        </w:rPr>
      </w:pPr>
      <w:r w:rsidRPr="00D44CB0">
        <w:rPr>
          <w:rFonts w:asciiTheme="majorHAnsi" w:hAnsiTheme="majorHAnsi" w:cstheme="majorHAnsi"/>
          <w:sz w:val="22"/>
        </w:rPr>
        <w:t xml:space="preserve">Select tier:  </w:t>
      </w:r>
      <w:r w:rsidRPr="00D44CB0">
        <w:rPr>
          <w:rFonts w:ascii="Segoe UI Symbol" w:hAnsi="Segoe UI Symbol" w:cs="Segoe UI Symbol"/>
          <w:sz w:val="22"/>
        </w:rPr>
        <w:t>☐</w:t>
      </w:r>
      <w:r w:rsidRPr="00D44CB0">
        <w:rPr>
          <w:rFonts w:asciiTheme="majorHAnsi" w:hAnsiTheme="majorHAnsi" w:cstheme="majorHAnsi"/>
          <w:sz w:val="22"/>
        </w:rPr>
        <w:t xml:space="preserve"> Superman $1,000     </w:t>
      </w:r>
      <w:r w:rsidRPr="00D44CB0">
        <w:rPr>
          <w:rFonts w:ascii="Segoe UI Symbol" w:hAnsi="Segoe UI Symbol" w:cs="Segoe UI Symbol"/>
          <w:sz w:val="22"/>
        </w:rPr>
        <w:t>☐</w:t>
      </w:r>
      <w:r w:rsidRPr="00D44CB0">
        <w:rPr>
          <w:rFonts w:asciiTheme="majorHAnsi" w:hAnsiTheme="majorHAnsi" w:cstheme="majorHAnsi"/>
          <w:sz w:val="22"/>
        </w:rPr>
        <w:t xml:space="preserve"> Wonder Woman $750     </w:t>
      </w:r>
      <w:r w:rsidRPr="00D44CB0">
        <w:rPr>
          <w:rFonts w:ascii="Segoe UI Symbol" w:hAnsi="Segoe UI Symbol" w:cs="Segoe UI Symbol"/>
          <w:sz w:val="22"/>
        </w:rPr>
        <w:t>☐</w:t>
      </w:r>
      <w:r w:rsidRPr="00D44CB0">
        <w:rPr>
          <w:rFonts w:asciiTheme="majorHAnsi" w:hAnsiTheme="majorHAnsi" w:cstheme="majorHAnsi"/>
          <w:sz w:val="22"/>
        </w:rPr>
        <w:t xml:space="preserve"> Batman $500     </w:t>
      </w:r>
      <w:r w:rsidRPr="00D44CB0">
        <w:rPr>
          <w:rFonts w:ascii="Segoe UI Symbol" w:hAnsi="Segoe UI Symbol" w:cs="Segoe UI Symbol"/>
          <w:sz w:val="22"/>
        </w:rPr>
        <w:t>☐</w:t>
      </w:r>
      <w:r w:rsidRPr="00D44CB0">
        <w:rPr>
          <w:rFonts w:asciiTheme="majorHAnsi" w:hAnsiTheme="majorHAnsi" w:cstheme="majorHAnsi"/>
          <w:sz w:val="22"/>
        </w:rPr>
        <w:t xml:space="preserve"> The Flash $300     </w:t>
      </w:r>
      <w:r w:rsidRPr="00D44CB0">
        <w:rPr>
          <w:rFonts w:ascii="Segoe UI Symbol" w:hAnsi="Segoe UI Symbol" w:cs="Segoe UI Symbol"/>
          <w:sz w:val="22"/>
        </w:rPr>
        <w:t>☐</w:t>
      </w:r>
      <w:r w:rsidRPr="00D44CB0">
        <w:rPr>
          <w:rFonts w:asciiTheme="majorHAnsi" w:hAnsiTheme="majorHAnsi" w:cstheme="majorHAnsi"/>
          <w:sz w:val="22"/>
        </w:rPr>
        <w:t xml:space="preserve"> Green Lantern $200</w:t>
      </w:r>
    </w:p>
    <w:p w14:paraId="05B76C84" w14:textId="2B98EFA0" w:rsidR="00870FF5" w:rsidRPr="00D44CB0" w:rsidRDefault="007A67B5">
      <w:pPr>
        <w:rPr>
          <w:rFonts w:asciiTheme="majorHAnsi" w:hAnsiTheme="majorHAnsi" w:cstheme="majorHAnsi"/>
          <w:sz w:val="22"/>
        </w:rPr>
      </w:pPr>
      <w:r w:rsidRPr="00D44CB0">
        <w:rPr>
          <w:rFonts w:asciiTheme="majorHAnsi" w:hAnsiTheme="majorHAnsi" w:cstheme="majorHAnsi"/>
          <w:sz w:val="22"/>
        </w:rPr>
        <w:t xml:space="preserve">My fundraising target: $____________     </w:t>
      </w:r>
    </w:p>
    <w:p w14:paraId="68CAC284" w14:textId="77777777" w:rsidR="00870FF5" w:rsidRPr="00D44CB0" w:rsidRDefault="007A67B5">
      <w:pPr>
        <w:spacing w:after="60"/>
        <w:rPr>
          <w:rFonts w:asciiTheme="majorHAnsi" w:hAnsiTheme="majorHAnsi" w:cstheme="majorHAnsi"/>
          <w:sz w:val="22"/>
        </w:rPr>
      </w:pPr>
      <w:r w:rsidRPr="00D44CB0">
        <w:rPr>
          <w:rFonts w:asciiTheme="majorHAnsi" w:hAnsiTheme="majorHAnsi" w:cstheme="majorHAnsi"/>
          <w:b/>
          <w:sz w:val="22"/>
        </w:rPr>
        <w:t>DONATION LOG</w:t>
      </w:r>
    </w:p>
    <w:p w14:paraId="4595357E" w14:textId="77777777" w:rsidR="00870FF5" w:rsidRPr="00D44CB0" w:rsidRDefault="007A67B5">
      <w:pPr>
        <w:spacing w:after="100"/>
        <w:rPr>
          <w:rFonts w:asciiTheme="majorHAnsi" w:hAnsiTheme="majorHAnsi" w:cstheme="majorHAnsi"/>
          <w:sz w:val="22"/>
        </w:rPr>
      </w:pPr>
      <w:r w:rsidRPr="00D44CB0">
        <w:rPr>
          <w:rFonts w:asciiTheme="majorHAnsi" w:hAnsiTheme="majorHAnsi" w:cstheme="majorHAnsi"/>
          <w:sz w:val="22"/>
        </w:rPr>
        <w:t>Record each gift or pledge. Enter matching gifts separately only when confirmed; do not count a donor gift twice.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5"/>
        <w:gridCol w:w="1350"/>
        <w:gridCol w:w="4230"/>
        <w:gridCol w:w="1440"/>
        <w:gridCol w:w="2668"/>
      </w:tblGrid>
      <w:tr w:rsidR="0088329D" w:rsidRPr="008B4DBC" w14:paraId="2C79B8D6" w14:textId="77777777" w:rsidTr="000806E0">
        <w:trPr>
          <w:jc w:val="center"/>
        </w:trPr>
        <w:tc>
          <w:tcPr>
            <w:tcW w:w="545" w:type="dxa"/>
            <w:shd w:val="clear" w:color="auto" w:fill="142A49"/>
          </w:tcPr>
          <w:p w14:paraId="08320010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#</w:t>
            </w:r>
          </w:p>
        </w:tc>
        <w:tc>
          <w:tcPr>
            <w:tcW w:w="1350" w:type="dxa"/>
            <w:shd w:val="clear" w:color="auto" w:fill="142A49"/>
          </w:tcPr>
          <w:p w14:paraId="01391EC3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Date</w:t>
            </w:r>
          </w:p>
        </w:tc>
        <w:tc>
          <w:tcPr>
            <w:tcW w:w="4230" w:type="dxa"/>
            <w:shd w:val="clear" w:color="auto" w:fill="142A49"/>
          </w:tcPr>
          <w:p w14:paraId="075DD41E" w14:textId="1CBDFE60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Donor Name</w:t>
            </w:r>
          </w:p>
        </w:tc>
        <w:tc>
          <w:tcPr>
            <w:tcW w:w="1440" w:type="dxa"/>
            <w:shd w:val="clear" w:color="auto" w:fill="142A49"/>
          </w:tcPr>
          <w:p w14:paraId="359F3BFF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Amount</w:t>
            </w:r>
          </w:p>
        </w:tc>
        <w:tc>
          <w:tcPr>
            <w:tcW w:w="2668" w:type="dxa"/>
            <w:shd w:val="clear" w:color="auto" w:fill="142A49"/>
          </w:tcPr>
          <w:p w14:paraId="3CF5603C" w14:textId="0C1A9C78" w:rsidR="0088329D" w:rsidRPr="008B4DBC" w:rsidRDefault="00D36640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22"/>
              </w:rPr>
              <w:t>Payment Method</w:t>
            </w:r>
          </w:p>
        </w:tc>
      </w:tr>
      <w:tr w:rsidR="0088329D" w:rsidRPr="008B4DBC" w14:paraId="2F3A40B8" w14:textId="77777777" w:rsidTr="000806E0">
        <w:trPr>
          <w:jc w:val="center"/>
        </w:trPr>
        <w:tc>
          <w:tcPr>
            <w:tcW w:w="545" w:type="dxa"/>
            <w:vAlign w:val="center"/>
          </w:tcPr>
          <w:p w14:paraId="54B4B7D1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1350" w:type="dxa"/>
            <w:vAlign w:val="center"/>
          </w:tcPr>
          <w:p w14:paraId="33FCB11B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00232D08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608345AD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65E57805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5A57DDBB" w14:textId="77777777" w:rsidTr="000806E0">
        <w:trPr>
          <w:jc w:val="center"/>
        </w:trPr>
        <w:tc>
          <w:tcPr>
            <w:tcW w:w="545" w:type="dxa"/>
            <w:vAlign w:val="center"/>
          </w:tcPr>
          <w:p w14:paraId="68D191B5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1350" w:type="dxa"/>
            <w:vAlign w:val="center"/>
          </w:tcPr>
          <w:p w14:paraId="4ACFB5CE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1D7E6CA4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161A8A06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606D40B2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2E818285" w14:textId="77777777" w:rsidTr="000806E0">
        <w:trPr>
          <w:jc w:val="center"/>
        </w:trPr>
        <w:tc>
          <w:tcPr>
            <w:tcW w:w="545" w:type="dxa"/>
            <w:vAlign w:val="center"/>
          </w:tcPr>
          <w:p w14:paraId="77E22C71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1350" w:type="dxa"/>
            <w:vAlign w:val="center"/>
          </w:tcPr>
          <w:p w14:paraId="3ACFDF44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53B5030D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6242F146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4B203AED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3B48F106" w14:textId="77777777" w:rsidTr="000806E0">
        <w:trPr>
          <w:jc w:val="center"/>
        </w:trPr>
        <w:tc>
          <w:tcPr>
            <w:tcW w:w="545" w:type="dxa"/>
            <w:vAlign w:val="center"/>
          </w:tcPr>
          <w:p w14:paraId="3978FBCA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4</w:t>
            </w:r>
          </w:p>
        </w:tc>
        <w:tc>
          <w:tcPr>
            <w:tcW w:w="1350" w:type="dxa"/>
            <w:vAlign w:val="center"/>
          </w:tcPr>
          <w:p w14:paraId="71603531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12E59D94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0DDAE526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05341CFE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62344296" w14:textId="77777777" w:rsidTr="000806E0">
        <w:trPr>
          <w:jc w:val="center"/>
        </w:trPr>
        <w:tc>
          <w:tcPr>
            <w:tcW w:w="545" w:type="dxa"/>
            <w:vAlign w:val="center"/>
          </w:tcPr>
          <w:p w14:paraId="78534838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5</w:t>
            </w:r>
          </w:p>
        </w:tc>
        <w:tc>
          <w:tcPr>
            <w:tcW w:w="1350" w:type="dxa"/>
            <w:vAlign w:val="center"/>
          </w:tcPr>
          <w:p w14:paraId="2E0692C4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4D393DF2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280A5777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7A77D506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246DAB78" w14:textId="77777777" w:rsidTr="000806E0">
        <w:trPr>
          <w:jc w:val="center"/>
        </w:trPr>
        <w:tc>
          <w:tcPr>
            <w:tcW w:w="545" w:type="dxa"/>
            <w:vAlign w:val="center"/>
          </w:tcPr>
          <w:p w14:paraId="09EB54A1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6</w:t>
            </w:r>
          </w:p>
        </w:tc>
        <w:tc>
          <w:tcPr>
            <w:tcW w:w="1350" w:type="dxa"/>
            <w:vAlign w:val="center"/>
          </w:tcPr>
          <w:p w14:paraId="241A59B0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21EF8D6E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7E117C4A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6E0DD9E9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20845E93" w14:textId="77777777" w:rsidTr="000806E0">
        <w:trPr>
          <w:jc w:val="center"/>
        </w:trPr>
        <w:tc>
          <w:tcPr>
            <w:tcW w:w="545" w:type="dxa"/>
            <w:vAlign w:val="center"/>
          </w:tcPr>
          <w:p w14:paraId="1E57DCC2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7</w:t>
            </w:r>
          </w:p>
        </w:tc>
        <w:tc>
          <w:tcPr>
            <w:tcW w:w="1350" w:type="dxa"/>
            <w:vAlign w:val="center"/>
          </w:tcPr>
          <w:p w14:paraId="2BBCC0DD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033FB595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3E25B9B2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00824457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7F876A34" w14:textId="77777777" w:rsidTr="000806E0">
        <w:trPr>
          <w:jc w:val="center"/>
        </w:trPr>
        <w:tc>
          <w:tcPr>
            <w:tcW w:w="545" w:type="dxa"/>
            <w:vAlign w:val="center"/>
          </w:tcPr>
          <w:p w14:paraId="112D0440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8</w:t>
            </w:r>
          </w:p>
        </w:tc>
        <w:tc>
          <w:tcPr>
            <w:tcW w:w="1350" w:type="dxa"/>
            <w:vAlign w:val="center"/>
          </w:tcPr>
          <w:p w14:paraId="0708B7E0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7482B313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551CC5EB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28F95039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46D72364" w14:textId="77777777" w:rsidTr="000806E0">
        <w:trPr>
          <w:jc w:val="center"/>
        </w:trPr>
        <w:tc>
          <w:tcPr>
            <w:tcW w:w="545" w:type="dxa"/>
            <w:vAlign w:val="center"/>
          </w:tcPr>
          <w:p w14:paraId="09024262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9</w:t>
            </w:r>
          </w:p>
        </w:tc>
        <w:tc>
          <w:tcPr>
            <w:tcW w:w="1350" w:type="dxa"/>
            <w:vAlign w:val="center"/>
          </w:tcPr>
          <w:p w14:paraId="36B955E3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7F20A659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229AB013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724E7478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2C6AE9C1" w14:textId="77777777" w:rsidTr="000806E0">
        <w:trPr>
          <w:jc w:val="center"/>
        </w:trPr>
        <w:tc>
          <w:tcPr>
            <w:tcW w:w="545" w:type="dxa"/>
            <w:vAlign w:val="center"/>
          </w:tcPr>
          <w:p w14:paraId="4675A0A6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10</w:t>
            </w:r>
          </w:p>
        </w:tc>
        <w:tc>
          <w:tcPr>
            <w:tcW w:w="1350" w:type="dxa"/>
            <w:vAlign w:val="center"/>
          </w:tcPr>
          <w:p w14:paraId="29A0DAAB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1AF1AE36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44B50A29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51F12D7D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468EF145" w14:textId="77777777" w:rsidTr="000806E0">
        <w:trPr>
          <w:jc w:val="center"/>
        </w:trPr>
        <w:tc>
          <w:tcPr>
            <w:tcW w:w="545" w:type="dxa"/>
            <w:vAlign w:val="center"/>
          </w:tcPr>
          <w:p w14:paraId="1C9666AF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11</w:t>
            </w:r>
          </w:p>
        </w:tc>
        <w:tc>
          <w:tcPr>
            <w:tcW w:w="1350" w:type="dxa"/>
            <w:vAlign w:val="center"/>
          </w:tcPr>
          <w:p w14:paraId="50EE0BAF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574316AF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43CA16CF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523B433A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8329D" w:rsidRPr="008B4DBC" w14:paraId="29AEC47F" w14:textId="77777777" w:rsidTr="000806E0">
        <w:trPr>
          <w:jc w:val="center"/>
        </w:trPr>
        <w:tc>
          <w:tcPr>
            <w:tcW w:w="545" w:type="dxa"/>
            <w:vAlign w:val="center"/>
          </w:tcPr>
          <w:p w14:paraId="74CABECD" w14:textId="77777777" w:rsidR="0088329D" w:rsidRPr="008B4DBC" w:rsidRDefault="0088329D" w:rsidP="0088329D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12</w:t>
            </w:r>
          </w:p>
        </w:tc>
        <w:tc>
          <w:tcPr>
            <w:tcW w:w="1350" w:type="dxa"/>
            <w:vAlign w:val="center"/>
          </w:tcPr>
          <w:p w14:paraId="2106BD67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1A9CE6DF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1051B34F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4797E812" w14:textId="77777777" w:rsidR="0088329D" w:rsidRPr="008B4DBC" w:rsidRDefault="008832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B4DBC" w:rsidRPr="008B4DBC" w14:paraId="395370DB" w14:textId="77777777" w:rsidTr="000806E0">
        <w:trPr>
          <w:jc w:val="center"/>
        </w:trPr>
        <w:tc>
          <w:tcPr>
            <w:tcW w:w="545" w:type="dxa"/>
            <w:vAlign w:val="center"/>
          </w:tcPr>
          <w:p w14:paraId="7F00C904" w14:textId="2539D5C5" w:rsidR="008B4DBC" w:rsidRPr="008B4DBC" w:rsidRDefault="008B4DBC" w:rsidP="008B4DB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13</w:t>
            </w:r>
          </w:p>
        </w:tc>
        <w:tc>
          <w:tcPr>
            <w:tcW w:w="1350" w:type="dxa"/>
            <w:vAlign w:val="center"/>
          </w:tcPr>
          <w:p w14:paraId="5C2C8A59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33C467C0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</w:tcPr>
          <w:p w14:paraId="10CD0E6A" w14:textId="5D68DBD0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  <w:r w:rsidRPr="00E41CA4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25AEADEF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B4DBC" w:rsidRPr="008B4DBC" w14:paraId="4435AB3C" w14:textId="77777777" w:rsidTr="000806E0">
        <w:trPr>
          <w:jc w:val="center"/>
        </w:trPr>
        <w:tc>
          <w:tcPr>
            <w:tcW w:w="545" w:type="dxa"/>
            <w:vAlign w:val="center"/>
          </w:tcPr>
          <w:p w14:paraId="4037E6D7" w14:textId="1872A7EB" w:rsidR="008B4DBC" w:rsidRPr="008B4DBC" w:rsidRDefault="008B4DBC" w:rsidP="008B4DB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14</w:t>
            </w:r>
          </w:p>
        </w:tc>
        <w:tc>
          <w:tcPr>
            <w:tcW w:w="1350" w:type="dxa"/>
            <w:vAlign w:val="center"/>
          </w:tcPr>
          <w:p w14:paraId="3B9F9EBF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7599DAA7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</w:tcPr>
          <w:p w14:paraId="2A662DA2" w14:textId="1AC5900F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  <w:r w:rsidRPr="00E41CA4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2CF16829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8B4DBC" w:rsidRPr="008B4DBC" w14:paraId="2AFF83E7" w14:textId="77777777" w:rsidTr="000806E0">
        <w:trPr>
          <w:jc w:val="center"/>
        </w:trPr>
        <w:tc>
          <w:tcPr>
            <w:tcW w:w="545" w:type="dxa"/>
            <w:vAlign w:val="center"/>
          </w:tcPr>
          <w:p w14:paraId="11BF21D0" w14:textId="08599ABE" w:rsidR="008B4DBC" w:rsidRPr="008B4DBC" w:rsidRDefault="008B4DBC" w:rsidP="008B4DB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15</w:t>
            </w:r>
          </w:p>
        </w:tc>
        <w:tc>
          <w:tcPr>
            <w:tcW w:w="1350" w:type="dxa"/>
            <w:vAlign w:val="center"/>
          </w:tcPr>
          <w:p w14:paraId="6C80E840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230" w:type="dxa"/>
            <w:vAlign w:val="center"/>
          </w:tcPr>
          <w:p w14:paraId="285AC83A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440" w:type="dxa"/>
          </w:tcPr>
          <w:p w14:paraId="3DC01EFB" w14:textId="28344C98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  <w:r w:rsidRPr="00E41CA4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2668" w:type="dxa"/>
            <w:vAlign w:val="center"/>
          </w:tcPr>
          <w:p w14:paraId="0E7148B8" w14:textId="77777777" w:rsidR="008B4DBC" w:rsidRPr="008B4DBC" w:rsidRDefault="008B4DBC" w:rsidP="008B4DBC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30B4FA54" w14:textId="77777777" w:rsidR="00870FF5" w:rsidRPr="008B4DBC" w:rsidRDefault="00870FF5">
      <w:pPr>
        <w:spacing w:after="0"/>
        <w:rPr>
          <w:rFonts w:asciiTheme="majorHAnsi" w:hAnsiTheme="majorHAnsi" w:cstheme="majorHAnsi"/>
          <w:sz w:val="22"/>
        </w:rPr>
      </w:pPr>
    </w:p>
    <w:p w14:paraId="29F43937" w14:textId="77777777" w:rsidR="00870FF5" w:rsidRPr="007321E2" w:rsidRDefault="007A67B5">
      <w:pPr>
        <w:spacing w:after="80"/>
        <w:rPr>
          <w:rFonts w:asciiTheme="majorHAnsi" w:hAnsiTheme="majorHAnsi" w:cstheme="majorHAnsi"/>
          <w:sz w:val="22"/>
        </w:rPr>
      </w:pPr>
      <w:r w:rsidRPr="007321E2">
        <w:rPr>
          <w:rFonts w:asciiTheme="majorHAnsi" w:hAnsiTheme="majorHAnsi" w:cstheme="majorHAnsi"/>
          <w:b/>
          <w:sz w:val="22"/>
        </w:rPr>
        <w:t>FUNDRAISING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26"/>
        <w:gridCol w:w="3420"/>
        <w:gridCol w:w="3229"/>
      </w:tblGrid>
      <w:tr w:rsidR="00D44CB0" w:rsidRPr="008B4DBC" w14:paraId="0FFAE04B" w14:textId="77777777" w:rsidTr="00960A76">
        <w:trPr>
          <w:trHeight w:val="297"/>
          <w:jc w:val="center"/>
        </w:trPr>
        <w:tc>
          <w:tcPr>
            <w:tcW w:w="3626" w:type="dxa"/>
            <w:shd w:val="clear" w:color="auto" w:fill="142A49"/>
          </w:tcPr>
          <w:p w14:paraId="1943BE83" w14:textId="4EDB9F74" w:rsidR="00D44CB0" w:rsidRPr="008B4DBC" w:rsidRDefault="00D44CB0" w:rsidP="00D3664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Donations Received</w:t>
            </w:r>
          </w:p>
        </w:tc>
        <w:tc>
          <w:tcPr>
            <w:tcW w:w="3420" w:type="dxa"/>
            <w:shd w:val="clear" w:color="auto" w:fill="142A49"/>
          </w:tcPr>
          <w:p w14:paraId="7FAA74F8" w14:textId="5FC30FC9" w:rsidR="00D44CB0" w:rsidRPr="008B4DBC" w:rsidRDefault="00960A76" w:rsidP="00D3664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Fundraising </w:t>
            </w:r>
            <w:r w:rsidR="00D44CB0"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Goal</w:t>
            </w:r>
          </w:p>
        </w:tc>
        <w:tc>
          <w:tcPr>
            <w:tcW w:w="3229" w:type="dxa"/>
            <w:shd w:val="clear" w:color="auto" w:fill="142A49"/>
          </w:tcPr>
          <w:p w14:paraId="495654AA" w14:textId="619CFAFD" w:rsidR="00D44CB0" w:rsidRPr="008B4DBC" w:rsidRDefault="00D44CB0" w:rsidP="00D3664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Amount </w:t>
            </w:r>
            <w:r>
              <w:rPr>
                <w:rFonts w:asciiTheme="majorHAnsi" w:hAnsiTheme="majorHAnsi" w:cstheme="majorHAnsi"/>
                <w:b/>
                <w:color w:val="FFFFFF"/>
                <w:sz w:val="22"/>
              </w:rPr>
              <w:t>R</w:t>
            </w:r>
            <w:r w:rsidRPr="008B4DBC">
              <w:rPr>
                <w:rFonts w:asciiTheme="majorHAnsi" w:hAnsiTheme="majorHAnsi" w:cstheme="majorHAnsi"/>
                <w:b/>
                <w:color w:val="FFFFFF"/>
                <w:sz w:val="22"/>
              </w:rPr>
              <w:t>emaining</w:t>
            </w:r>
          </w:p>
        </w:tc>
      </w:tr>
      <w:tr w:rsidR="00D44CB0" w:rsidRPr="008B4DBC" w14:paraId="3E6557FA" w14:textId="77777777" w:rsidTr="00960A76">
        <w:trPr>
          <w:trHeight w:val="310"/>
          <w:jc w:val="center"/>
        </w:trPr>
        <w:tc>
          <w:tcPr>
            <w:tcW w:w="3626" w:type="dxa"/>
            <w:vAlign w:val="center"/>
          </w:tcPr>
          <w:p w14:paraId="267B4B41" w14:textId="5A80F397" w:rsidR="00D44CB0" w:rsidRPr="008B4DBC" w:rsidRDefault="00D44CB0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3420" w:type="dxa"/>
            <w:vAlign w:val="center"/>
          </w:tcPr>
          <w:p w14:paraId="315E786A" w14:textId="71DF8428" w:rsidR="00D44CB0" w:rsidRPr="008B4DBC" w:rsidRDefault="00D44CB0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  <w:tc>
          <w:tcPr>
            <w:tcW w:w="3229" w:type="dxa"/>
            <w:vAlign w:val="center"/>
          </w:tcPr>
          <w:p w14:paraId="103E3AE0" w14:textId="26DDEC24" w:rsidR="00D44CB0" w:rsidRPr="008B4DBC" w:rsidRDefault="00D44CB0">
            <w:pPr>
              <w:rPr>
                <w:rFonts w:asciiTheme="majorHAnsi" w:hAnsiTheme="majorHAnsi" w:cstheme="majorHAnsi"/>
                <w:sz w:val="22"/>
              </w:rPr>
            </w:pPr>
            <w:r w:rsidRPr="008B4DBC">
              <w:rPr>
                <w:rFonts w:asciiTheme="majorHAnsi" w:hAnsiTheme="majorHAnsi" w:cstheme="majorHAnsi"/>
                <w:sz w:val="22"/>
              </w:rPr>
              <w:t>$</w:t>
            </w:r>
          </w:p>
        </w:tc>
      </w:tr>
    </w:tbl>
    <w:p w14:paraId="50ECD8ED" w14:textId="7568A579" w:rsidR="00870FF5" w:rsidRPr="00E9558A" w:rsidRDefault="00960A76">
      <w:pPr>
        <w:spacing w:after="160"/>
        <w:rPr>
          <w:rFonts w:asciiTheme="majorHAnsi" w:hAnsiTheme="majorHAnsi" w:cstheme="majorHAnsi"/>
          <w:i/>
          <w:iCs/>
          <w:sz w:val="22"/>
        </w:rPr>
      </w:pPr>
      <w:r w:rsidRPr="00E9558A">
        <w:rPr>
          <w:rFonts w:asciiTheme="majorHAnsi" w:hAnsiTheme="majorHAnsi" w:cstheme="majorHAnsi"/>
          <w:i/>
          <w:iCs/>
          <w:sz w:val="22"/>
        </w:rPr>
        <w:t>*</w:t>
      </w:r>
      <w:r w:rsidR="007A67B5" w:rsidRPr="00E9558A">
        <w:rPr>
          <w:rFonts w:asciiTheme="majorHAnsi" w:hAnsiTheme="majorHAnsi" w:cstheme="majorHAnsi"/>
          <w:i/>
          <w:iCs/>
          <w:sz w:val="22"/>
        </w:rPr>
        <w:t xml:space="preserve">Amount </w:t>
      </w:r>
      <w:r w:rsidR="000806E0" w:rsidRPr="00E9558A">
        <w:rPr>
          <w:rFonts w:asciiTheme="majorHAnsi" w:hAnsiTheme="majorHAnsi" w:cstheme="majorHAnsi"/>
          <w:i/>
          <w:iCs/>
          <w:sz w:val="22"/>
        </w:rPr>
        <w:t>R</w:t>
      </w:r>
      <w:r w:rsidR="007A67B5" w:rsidRPr="00E9558A">
        <w:rPr>
          <w:rFonts w:asciiTheme="majorHAnsi" w:hAnsiTheme="majorHAnsi" w:cstheme="majorHAnsi"/>
          <w:i/>
          <w:iCs/>
          <w:sz w:val="22"/>
        </w:rPr>
        <w:t xml:space="preserve">emaining = </w:t>
      </w:r>
      <w:r w:rsidR="00E9558A" w:rsidRPr="00E9558A">
        <w:rPr>
          <w:rFonts w:asciiTheme="majorHAnsi" w:hAnsiTheme="majorHAnsi" w:cstheme="majorHAnsi"/>
          <w:i/>
          <w:iCs/>
          <w:sz w:val="22"/>
        </w:rPr>
        <w:t xml:space="preserve">fundraising </w:t>
      </w:r>
      <w:r w:rsidR="007A67B5" w:rsidRPr="00E9558A">
        <w:rPr>
          <w:rFonts w:asciiTheme="majorHAnsi" w:hAnsiTheme="majorHAnsi" w:cstheme="majorHAnsi"/>
          <w:i/>
          <w:iCs/>
          <w:sz w:val="22"/>
        </w:rPr>
        <w:t xml:space="preserve">goal </w:t>
      </w:r>
      <w:r w:rsidR="00D44CB0" w:rsidRPr="00E9558A">
        <w:rPr>
          <w:rFonts w:asciiTheme="majorHAnsi" w:hAnsiTheme="majorHAnsi" w:cstheme="majorHAnsi"/>
          <w:i/>
          <w:iCs/>
          <w:sz w:val="22"/>
        </w:rPr>
        <w:t>–</w:t>
      </w:r>
      <w:r w:rsidR="007A67B5" w:rsidRPr="00E9558A">
        <w:rPr>
          <w:rFonts w:asciiTheme="majorHAnsi" w:hAnsiTheme="majorHAnsi" w:cstheme="majorHAnsi"/>
          <w:i/>
          <w:iCs/>
          <w:sz w:val="22"/>
        </w:rPr>
        <w:t xml:space="preserve"> </w:t>
      </w:r>
      <w:r w:rsidR="00D44CB0" w:rsidRPr="00E9558A">
        <w:rPr>
          <w:rFonts w:asciiTheme="majorHAnsi" w:hAnsiTheme="majorHAnsi" w:cstheme="majorHAnsi"/>
          <w:i/>
          <w:iCs/>
          <w:sz w:val="22"/>
        </w:rPr>
        <w:t>donations received</w:t>
      </w:r>
      <w:r w:rsidR="007A67B5" w:rsidRPr="00E9558A">
        <w:rPr>
          <w:rFonts w:asciiTheme="majorHAnsi" w:hAnsiTheme="majorHAnsi" w:cstheme="majorHAnsi"/>
          <w:i/>
          <w:iCs/>
          <w:sz w:val="22"/>
        </w:rPr>
        <w:t>.</w:t>
      </w:r>
    </w:p>
    <w:p w14:paraId="294AE466" w14:textId="77777777" w:rsidR="00870FF5" w:rsidRPr="007321E2" w:rsidRDefault="007A67B5">
      <w:pPr>
        <w:spacing w:after="60"/>
        <w:rPr>
          <w:rFonts w:asciiTheme="majorHAnsi" w:hAnsiTheme="majorHAnsi" w:cstheme="majorHAnsi"/>
          <w:sz w:val="22"/>
        </w:rPr>
      </w:pPr>
      <w:r w:rsidRPr="007321E2">
        <w:rPr>
          <w:rFonts w:asciiTheme="majorHAnsi" w:hAnsiTheme="majorHAnsi" w:cstheme="majorHAnsi"/>
          <w:b/>
          <w:sz w:val="22"/>
        </w:rPr>
        <w:t>CHAMPION ACTION CHECKLIST</w:t>
      </w:r>
    </w:p>
    <w:p w14:paraId="3928F0E6" w14:textId="56F40795" w:rsidR="00870FF5" w:rsidRPr="007321E2" w:rsidRDefault="007A67B5">
      <w:pPr>
        <w:spacing w:after="100"/>
        <w:rPr>
          <w:rFonts w:asciiTheme="majorHAnsi" w:hAnsiTheme="majorHAnsi" w:cstheme="majorHAnsi"/>
          <w:sz w:val="22"/>
        </w:rPr>
      </w:pPr>
      <w:r w:rsidRPr="007321E2">
        <w:rPr>
          <w:rFonts w:ascii="Segoe UI Symbol" w:hAnsi="Segoe UI Symbol" w:cs="Segoe UI Symbol"/>
          <w:sz w:val="22"/>
        </w:rPr>
        <w:t>☐</w:t>
      </w:r>
      <w:r w:rsidRPr="007321E2">
        <w:rPr>
          <w:rFonts w:asciiTheme="majorHAnsi" w:hAnsiTheme="majorHAnsi" w:cstheme="majorHAnsi"/>
          <w:sz w:val="22"/>
        </w:rPr>
        <w:t xml:space="preserve"> Share my campaign appeal     </w:t>
      </w:r>
      <w:r w:rsidRPr="007321E2">
        <w:rPr>
          <w:rFonts w:ascii="Segoe UI Symbol" w:hAnsi="Segoe UI Symbol" w:cs="Segoe UI Symbol"/>
          <w:sz w:val="22"/>
        </w:rPr>
        <w:t>☐</w:t>
      </w:r>
      <w:r w:rsidRPr="007321E2">
        <w:rPr>
          <w:rFonts w:asciiTheme="majorHAnsi" w:hAnsiTheme="majorHAnsi" w:cstheme="majorHAnsi"/>
          <w:sz w:val="22"/>
        </w:rPr>
        <w:t xml:space="preserve"> Contact prospective donors     </w:t>
      </w:r>
      <w:r w:rsidRPr="007321E2">
        <w:rPr>
          <w:rFonts w:ascii="Segoe UI Symbol" w:hAnsi="Segoe UI Symbol" w:cs="Segoe UI Symbol"/>
          <w:sz w:val="22"/>
        </w:rPr>
        <w:t>☐</w:t>
      </w:r>
      <w:r w:rsidRPr="007321E2">
        <w:rPr>
          <w:rFonts w:asciiTheme="majorHAnsi" w:hAnsiTheme="majorHAnsi" w:cstheme="majorHAnsi"/>
          <w:sz w:val="22"/>
        </w:rPr>
        <w:t xml:space="preserve"> Follow up on pledges     </w:t>
      </w:r>
      <w:r w:rsidRPr="007321E2">
        <w:rPr>
          <w:rFonts w:ascii="Segoe UI Symbol" w:hAnsi="Segoe UI Symbol" w:cs="Segoe UI Symbol"/>
          <w:sz w:val="22"/>
        </w:rPr>
        <w:t>☐</w:t>
      </w:r>
      <w:r w:rsidRPr="007321E2">
        <w:rPr>
          <w:rFonts w:asciiTheme="majorHAnsi" w:hAnsiTheme="majorHAnsi" w:cstheme="majorHAnsi"/>
          <w:sz w:val="22"/>
        </w:rPr>
        <w:t xml:space="preserve"> </w:t>
      </w:r>
      <w:r w:rsidR="00F61F56">
        <w:rPr>
          <w:rFonts w:asciiTheme="majorHAnsi" w:hAnsiTheme="majorHAnsi" w:cstheme="majorHAnsi"/>
          <w:sz w:val="22"/>
        </w:rPr>
        <w:t>Justice League Champion Donation Tracker</w:t>
      </w:r>
    </w:p>
    <w:p w14:paraId="72AE8B35" w14:textId="79E804DF" w:rsidR="00870FF5" w:rsidRPr="00F61F56" w:rsidRDefault="007A67B5">
      <w:pPr>
        <w:spacing w:after="60"/>
        <w:rPr>
          <w:rFonts w:asciiTheme="majorHAnsi" w:hAnsiTheme="majorHAnsi" w:cstheme="majorHAnsi"/>
          <w:sz w:val="22"/>
        </w:rPr>
      </w:pPr>
      <w:r w:rsidRPr="00F61F56">
        <w:rPr>
          <w:rFonts w:asciiTheme="majorHAnsi" w:hAnsiTheme="majorHAnsi" w:cstheme="majorHAnsi"/>
          <w:sz w:val="22"/>
        </w:rPr>
        <w:t>Champion signature: ________________________________________   Date: __________________</w:t>
      </w:r>
    </w:p>
    <w:sectPr w:rsidR="00870FF5" w:rsidRPr="00F61F56" w:rsidSect="00034616">
      <w:footerReference w:type="default" r:id="rId8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66BBF" w14:textId="77777777" w:rsidR="00C77134" w:rsidRDefault="00C77134">
      <w:pPr>
        <w:spacing w:after="0" w:line="240" w:lineRule="auto"/>
      </w:pPr>
      <w:r>
        <w:separator/>
      </w:r>
    </w:p>
  </w:endnote>
  <w:endnote w:type="continuationSeparator" w:id="0">
    <w:p w14:paraId="4F66D4EC" w14:textId="77777777" w:rsidR="00C77134" w:rsidRDefault="00C77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DC3B" w14:textId="6BBF9B6D" w:rsidR="00870FF5" w:rsidRDefault="008B4DBC">
    <w:pPr>
      <w:pStyle w:val="Footer"/>
      <w:jc w:val="right"/>
    </w:pPr>
    <w:r>
      <w:rPr>
        <w:sz w:val="16"/>
      </w:rPr>
      <w:t>CAJM • Justice</w:t>
    </w:r>
    <w:r w:rsidR="007A67B5">
      <w:rPr>
        <w:sz w:val="16"/>
      </w:rPr>
      <w:t xml:space="preserve"> League Giving Tuesday </w:t>
    </w:r>
    <w:r>
      <w:rPr>
        <w:sz w:val="16"/>
      </w:rPr>
      <w:t xml:space="preserve">2026 | </w:t>
    </w:r>
    <w:r w:rsidR="00D44CB0">
      <w:rPr>
        <w:sz w:val="16"/>
      </w:rPr>
      <w:t>Justice League Champion</w:t>
    </w:r>
    <w:r w:rsidR="007A67B5">
      <w:rPr>
        <w:sz w:val="16"/>
      </w:rPr>
      <w:t xml:space="preserve"> </w:t>
    </w:r>
    <w:r>
      <w:rPr>
        <w:sz w:val="16"/>
      </w:rPr>
      <w:t>T</w:t>
    </w:r>
    <w:r w:rsidR="007A67B5">
      <w:rPr>
        <w:sz w:val="16"/>
      </w:rPr>
      <w:t xml:space="preserve">racking </w:t>
    </w:r>
    <w:r>
      <w:rPr>
        <w:sz w:val="16"/>
      </w:rPr>
      <w:t>W</w:t>
    </w:r>
    <w:r w:rsidR="007A67B5">
      <w:rPr>
        <w:sz w:val="16"/>
      </w:rPr>
      <w:t>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2B7E3" w14:textId="77777777" w:rsidR="00C77134" w:rsidRDefault="00C77134">
      <w:pPr>
        <w:spacing w:after="0" w:line="240" w:lineRule="auto"/>
      </w:pPr>
      <w:r>
        <w:separator/>
      </w:r>
    </w:p>
  </w:footnote>
  <w:footnote w:type="continuationSeparator" w:id="0">
    <w:p w14:paraId="6C0A7ED6" w14:textId="77777777" w:rsidR="00C77134" w:rsidRDefault="00C77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485999">
    <w:abstractNumId w:val="8"/>
  </w:num>
  <w:num w:numId="2" w16cid:durableId="624503673">
    <w:abstractNumId w:val="6"/>
  </w:num>
  <w:num w:numId="3" w16cid:durableId="652687055">
    <w:abstractNumId w:val="5"/>
  </w:num>
  <w:num w:numId="4" w16cid:durableId="393427628">
    <w:abstractNumId w:val="4"/>
  </w:num>
  <w:num w:numId="5" w16cid:durableId="2012370124">
    <w:abstractNumId w:val="7"/>
  </w:num>
  <w:num w:numId="6" w16cid:durableId="1087270428">
    <w:abstractNumId w:val="3"/>
  </w:num>
  <w:num w:numId="7" w16cid:durableId="156581713">
    <w:abstractNumId w:val="2"/>
  </w:num>
  <w:num w:numId="8" w16cid:durableId="1813908903">
    <w:abstractNumId w:val="1"/>
  </w:num>
  <w:num w:numId="9" w16cid:durableId="189585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6E0"/>
    <w:rsid w:val="0015074B"/>
    <w:rsid w:val="00190F2A"/>
    <w:rsid w:val="0029639D"/>
    <w:rsid w:val="002D69E7"/>
    <w:rsid w:val="00326F90"/>
    <w:rsid w:val="003668A2"/>
    <w:rsid w:val="003D4720"/>
    <w:rsid w:val="007321E2"/>
    <w:rsid w:val="007A67B5"/>
    <w:rsid w:val="00870FF5"/>
    <w:rsid w:val="0088329D"/>
    <w:rsid w:val="008B4DBC"/>
    <w:rsid w:val="00960A76"/>
    <w:rsid w:val="00AA1D8D"/>
    <w:rsid w:val="00B47730"/>
    <w:rsid w:val="00C63DBB"/>
    <w:rsid w:val="00C77134"/>
    <w:rsid w:val="00CB0664"/>
    <w:rsid w:val="00D36640"/>
    <w:rsid w:val="00D44CB0"/>
    <w:rsid w:val="00E720D7"/>
    <w:rsid w:val="00E9558A"/>
    <w:rsid w:val="00EF1C58"/>
    <w:rsid w:val="00F61F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CCAD616-702C-4C19-B32D-5B8FF82F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Carla McBride</cp:lastModifiedBy>
  <cp:revision>14</cp:revision>
  <dcterms:created xsi:type="dcterms:W3CDTF">2013-12-23T23:15:00Z</dcterms:created>
  <dcterms:modified xsi:type="dcterms:W3CDTF">2026-10-26T14:42:00Z</dcterms:modified>
  <cp:category/>
</cp:coreProperties>
</file>