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AF68FB" w:rsidRPr="006215B5" w14:paraId="65622F34" w14:textId="77777777" w:rsidTr="006215B5">
        <w:trPr>
          <w:jc w:val="center"/>
        </w:trPr>
        <w:tc>
          <w:tcPr>
            <w:tcW w:w="10080" w:type="dxa"/>
            <w:shd w:val="clear" w:color="auto" w:fill="FFFFFF" w:themeFill="background1"/>
          </w:tcPr>
          <w:p w14:paraId="35EA3FE5" w14:textId="64A79FD4" w:rsidR="00AF68FB" w:rsidRPr="006215B5" w:rsidRDefault="006215B5">
            <w:pPr>
              <w:spacing w:after="6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CAJM | JUSTICE</w:t>
            </w:r>
            <w:r w:rsidR="008707EB"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LEAGUE</w:t>
            </w:r>
          </w:p>
          <w:p w14:paraId="76A20DF4" w14:textId="77777777" w:rsidR="00AF68FB" w:rsidRPr="006215B5" w:rsidRDefault="008707EB">
            <w:pPr>
              <w:spacing w:after="6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JUSTICE CHAMPION • COMMITMENT REMINDER</w:t>
            </w:r>
          </w:p>
          <w:p w14:paraId="41FE3AB5" w14:textId="246D114E" w:rsidR="00AF68FB" w:rsidRPr="006215B5" w:rsidRDefault="008707EB">
            <w:pPr>
              <w:spacing w:after="6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100 </w:t>
            </w:r>
            <w:r w:rsidR="006215B5" w:rsidRPr="006215B5">
              <w:rPr>
                <w:rFonts w:ascii="Calibri" w:hAnsi="Calibri" w:cs="Calibri"/>
                <w:color w:val="auto"/>
                <w:sz w:val="20"/>
                <w:szCs w:val="20"/>
              </w:rPr>
              <w:t>Champions • One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="006215B5" w:rsidRPr="006215B5">
              <w:rPr>
                <w:rFonts w:ascii="Calibri" w:hAnsi="Calibri" w:cs="Calibri"/>
                <w:color w:val="auto"/>
                <w:sz w:val="20"/>
                <w:szCs w:val="20"/>
              </w:rPr>
              <w:t>Mission • $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>50,000</w:t>
            </w:r>
          </w:p>
          <w:p w14:paraId="511F0F57" w14:textId="1B82D4B9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Champion </w:t>
            </w:r>
            <w:r w:rsidR="00F0343E">
              <w:rPr>
                <w:rFonts w:ascii="Calibri" w:hAnsi="Calibri" w:cs="Calibri"/>
                <w:color w:val="auto"/>
                <w:sz w:val="20"/>
                <w:szCs w:val="20"/>
              </w:rPr>
              <w:t>N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>ame: ___________________________________________________</w:t>
            </w:r>
          </w:p>
          <w:p w14:paraId="1AEC8DC1" w14:textId="216B3876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MY JUSTICE LEAGUE </w:t>
            </w:r>
            <w:proofErr w:type="gramStart"/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TIER  (</w:t>
            </w:r>
            <w:proofErr w:type="gramEnd"/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check one)</w:t>
            </w:r>
          </w:p>
          <w:p w14:paraId="0006DFB6" w14:textId="12992317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Segoe UI Symbol" w:hAnsi="Segoe UI Symbol" w:cs="Segoe UI Symbol"/>
                <w:color w:val="auto"/>
                <w:sz w:val="20"/>
                <w:szCs w:val="20"/>
              </w:rPr>
              <w:t>☐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Superman — Champions of Hope                 </w:t>
            </w:r>
            <w:r w:rsidR="00F0343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  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>$1,000</w:t>
            </w:r>
          </w:p>
          <w:p w14:paraId="22C0FE3E" w14:textId="77777777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Segoe UI Symbol" w:hAnsi="Segoe UI Symbol" w:cs="Segoe UI Symbol"/>
                <w:color w:val="auto"/>
                <w:sz w:val="20"/>
                <w:szCs w:val="20"/>
              </w:rPr>
              <w:t>☐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Wonder Woman — Warriors for Justice         $750</w:t>
            </w:r>
          </w:p>
          <w:p w14:paraId="60E6620C" w14:textId="3BCA4D0C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Segoe UI Symbol" w:hAnsi="Segoe UI Symbol" w:cs="Segoe UI Symbol"/>
                <w:color w:val="auto"/>
                <w:sz w:val="20"/>
                <w:szCs w:val="20"/>
              </w:rPr>
              <w:t>☐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Batman — Guardians of Justice                    </w:t>
            </w:r>
            <w:r w:rsidR="00F0343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  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$500</w:t>
            </w:r>
          </w:p>
          <w:p w14:paraId="014C3F74" w14:textId="1A12B4A6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Segoe UI Symbol" w:hAnsi="Segoe UI Symbol" w:cs="Segoe UI Symbol"/>
                <w:color w:val="auto"/>
                <w:sz w:val="20"/>
                <w:szCs w:val="20"/>
              </w:rPr>
              <w:t>☐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The Flash — Agents of Change                     </w:t>
            </w:r>
            <w:r w:rsidR="00F0343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    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>$300</w:t>
            </w:r>
          </w:p>
          <w:p w14:paraId="652AF77E" w14:textId="4C6DB8BA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Segoe UI Symbol" w:hAnsi="Segoe UI Symbol" w:cs="Segoe UI Symbol"/>
                <w:color w:val="auto"/>
                <w:sz w:val="20"/>
                <w:szCs w:val="20"/>
              </w:rPr>
              <w:t>☐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Green Lantern — Lights of Justice               </w:t>
            </w:r>
            <w:r w:rsidR="00F0343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    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>$200</w:t>
            </w:r>
          </w:p>
          <w:p w14:paraId="3C657903" w14:textId="77777777" w:rsidR="00AF68FB" w:rsidRPr="006215B5" w:rsidRDefault="008707EB">
            <w:pPr>
              <w:spacing w:before="140"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MY TOTAL FUNDRAISING COMMITMENT:  $________________</w:t>
            </w:r>
          </w:p>
          <w:p w14:paraId="04B89FDD" w14:textId="77777777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DEADLINE: Tuesday, December 1, 2026</w:t>
            </w:r>
          </w:p>
          <w:p w14:paraId="490524D1" w14:textId="5A4E72E6" w:rsidR="00AF68FB" w:rsidRPr="006215B5" w:rsidRDefault="008707EB" w:rsidP="00173B5F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6215B5">
              <w:rPr>
                <w:rFonts w:ascii="Calibri" w:hAnsi="Calibri" w:cs="Calibri"/>
                <w:sz w:val="20"/>
                <w:szCs w:val="20"/>
              </w:rPr>
              <w:t xml:space="preserve">Questions: </w:t>
            </w:r>
            <w:hyperlink r:id="rId6" w:history="1">
              <w:r w:rsidR="009D0A07" w:rsidRPr="006215B5">
                <w:rPr>
                  <w:rStyle w:val="Hyperlink"/>
                  <w:rFonts w:ascii="Calibri" w:hAnsi="Calibri" w:cs="Calibri"/>
                  <w:sz w:val="20"/>
                  <w:szCs w:val="20"/>
                </w:rPr>
                <w:t>treasurer@capitalareajustice.org</w:t>
              </w:r>
            </w:hyperlink>
            <w:r w:rsidR="009D0A07" w:rsidRPr="006215B5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02B9D076" w14:textId="77777777" w:rsidR="00AF68FB" w:rsidRPr="006215B5" w:rsidRDefault="008707EB">
      <w:pPr>
        <w:spacing w:before="180" w:after="180"/>
        <w:jc w:val="center"/>
        <w:rPr>
          <w:rFonts w:ascii="Calibri" w:hAnsi="Calibri" w:cs="Calibri"/>
          <w:sz w:val="20"/>
          <w:szCs w:val="20"/>
        </w:rPr>
      </w:pPr>
      <w:r w:rsidRPr="006215B5">
        <w:rPr>
          <w:rFonts w:ascii="Segoe UI Symbol" w:hAnsi="Segoe UI Symbol" w:cs="Segoe UI Symbol"/>
          <w:sz w:val="20"/>
          <w:szCs w:val="20"/>
        </w:rPr>
        <w:t>✂</w:t>
      </w:r>
      <w:r w:rsidRPr="006215B5">
        <w:rPr>
          <w:rFonts w:ascii="Calibri" w:hAnsi="Calibri" w:cs="Calibri"/>
          <w:sz w:val="20"/>
          <w:szCs w:val="20"/>
        </w:rPr>
        <w:t xml:space="preserve">  - - - - - - - - - - - - - - - - - - - - - - - - - - - - - - - - - - - - - - - - - - - - - - - - -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AF68FB" w:rsidRPr="006215B5" w14:paraId="0FCBE1AF" w14:textId="77777777" w:rsidTr="006215B5">
        <w:trPr>
          <w:jc w:val="center"/>
        </w:trPr>
        <w:tc>
          <w:tcPr>
            <w:tcW w:w="10080" w:type="dxa"/>
            <w:shd w:val="clear" w:color="auto" w:fill="FFFFFF" w:themeFill="background1"/>
          </w:tcPr>
          <w:p w14:paraId="2D7EE7EE" w14:textId="06AFD3E0" w:rsidR="00AF68FB" w:rsidRPr="006215B5" w:rsidRDefault="008707EB">
            <w:pPr>
              <w:spacing w:after="6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CAJM | JUSTICE LEAGUE</w:t>
            </w:r>
          </w:p>
          <w:p w14:paraId="78945D9E" w14:textId="77777777" w:rsidR="00AF68FB" w:rsidRPr="006215B5" w:rsidRDefault="008707EB">
            <w:pPr>
              <w:spacing w:after="6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JUSTICE CHAMPION • COMMITMENT REMINDER</w:t>
            </w:r>
          </w:p>
          <w:p w14:paraId="301B9694" w14:textId="77777777" w:rsidR="006215B5" w:rsidRPr="006215B5" w:rsidRDefault="006215B5" w:rsidP="006215B5">
            <w:pPr>
              <w:spacing w:after="6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>100 Champions • One Mission • $50,000</w:t>
            </w:r>
          </w:p>
          <w:p w14:paraId="7E87A381" w14:textId="238B75D7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Champion </w:t>
            </w:r>
            <w:r w:rsidR="00634E71">
              <w:rPr>
                <w:rFonts w:ascii="Calibri" w:hAnsi="Calibri" w:cs="Calibri"/>
                <w:color w:val="auto"/>
                <w:sz w:val="20"/>
                <w:szCs w:val="20"/>
              </w:rPr>
              <w:t>N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>ame: ___________________________________________________</w:t>
            </w:r>
          </w:p>
          <w:p w14:paraId="58F21490" w14:textId="73CE65FA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MY JUSTICE LEAGUE TIER (check one)</w:t>
            </w:r>
          </w:p>
          <w:p w14:paraId="5A0BBD9D" w14:textId="36AC2386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Segoe UI Symbol" w:hAnsi="Segoe UI Symbol" w:cs="Segoe UI Symbol"/>
                <w:color w:val="auto"/>
                <w:sz w:val="20"/>
                <w:szCs w:val="20"/>
              </w:rPr>
              <w:t>☐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Superman — Champions of Hope                 </w:t>
            </w:r>
            <w:r w:rsidR="00F0343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  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>$1,000</w:t>
            </w:r>
          </w:p>
          <w:p w14:paraId="0F76200E" w14:textId="77777777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Segoe UI Symbol" w:hAnsi="Segoe UI Symbol" w:cs="Segoe UI Symbol"/>
                <w:color w:val="auto"/>
                <w:sz w:val="20"/>
                <w:szCs w:val="20"/>
              </w:rPr>
              <w:t>☐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Wonder Woman — Warriors for Justice         $750</w:t>
            </w:r>
          </w:p>
          <w:p w14:paraId="41B881C4" w14:textId="751FF5B5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Segoe UI Symbol" w:hAnsi="Segoe UI Symbol" w:cs="Segoe UI Symbol"/>
                <w:color w:val="auto"/>
                <w:sz w:val="20"/>
                <w:szCs w:val="20"/>
              </w:rPr>
              <w:t>☐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Batman — Guardians of Justice                     </w:t>
            </w:r>
            <w:r w:rsidR="00F0343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  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>$500</w:t>
            </w:r>
          </w:p>
          <w:p w14:paraId="5E571D62" w14:textId="77712D1F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Segoe UI Symbol" w:hAnsi="Segoe UI Symbol" w:cs="Segoe UI Symbol"/>
                <w:color w:val="auto"/>
                <w:sz w:val="20"/>
                <w:szCs w:val="20"/>
              </w:rPr>
              <w:t>☐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The Flash — Agents of Change                     </w:t>
            </w:r>
            <w:r w:rsidR="00F0343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    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>$300</w:t>
            </w:r>
          </w:p>
          <w:p w14:paraId="4F0F28FE" w14:textId="53790307" w:rsidR="00AF68FB" w:rsidRPr="006215B5" w:rsidRDefault="008707EB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Segoe UI Symbol" w:hAnsi="Segoe UI Symbol" w:cs="Segoe UI Symbol"/>
                <w:color w:val="auto"/>
                <w:sz w:val="20"/>
                <w:szCs w:val="20"/>
              </w:rPr>
              <w:t>☐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Green Lantern — Lights of Justice              </w:t>
            </w:r>
            <w:r w:rsidR="00F0343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    </w:t>
            </w: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$200</w:t>
            </w:r>
          </w:p>
          <w:p w14:paraId="13A483CC" w14:textId="77777777" w:rsidR="00AF68FB" w:rsidRPr="006215B5" w:rsidRDefault="008707EB">
            <w:pPr>
              <w:spacing w:before="140"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MY TOTAL FUNDRAISING COMMITMENT:  $________________</w:t>
            </w:r>
          </w:p>
          <w:p w14:paraId="3983280A" w14:textId="1A89A38F" w:rsidR="00F0343E" w:rsidRDefault="00F0343E" w:rsidP="00173B5F">
            <w:pPr>
              <w:spacing w:after="6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215B5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DEADLINE: Tuesday, December 1, 2026</w:t>
            </w:r>
          </w:p>
          <w:p w14:paraId="7B6293C5" w14:textId="7766B037" w:rsidR="00AF68FB" w:rsidRPr="006215B5" w:rsidRDefault="008707EB" w:rsidP="00173B5F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Questions: </w:t>
            </w:r>
            <w:hyperlink r:id="rId7" w:history="1">
              <w:r w:rsidR="009D0A07" w:rsidRPr="006215B5">
                <w:rPr>
                  <w:rStyle w:val="Hyperlink"/>
                  <w:rFonts w:ascii="Calibri" w:hAnsi="Calibri" w:cs="Calibri"/>
                  <w:color w:val="0000FF"/>
                  <w:sz w:val="20"/>
                  <w:szCs w:val="20"/>
                </w:rPr>
                <w:t>treasurer@capitalareajustice.org</w:t>
              </w:r>
            </w:hyperlink>
            <w:r w:rsidR="009D0A07" w:rsidRPr="006215B5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4C297D8" w14:textId="77777777" w:rsidR="008707EB" w:rsidRDefault="008707EB"/>
    <w:sectPr w:rsidR="008707EB" w:rsidSect="00034616">
      <w:pgSz w:w="12240" w:h="15840"/>
      <w:pgMar w:top="864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8117094">
    <w:abstractNumId w:val="8"/>
  </w:num>
  <w:num w:numId="2" w16cid:durableId="1679194141">
    <w:abstractNumId w:val="6"/>
  </w:num>
  <w:num w:numId="3" w16cid:durableId="119420457">
    <w:abstractNumId w:val="5"/>
  </w:num>
  <w:num w:numId="4" w16cid:durableId="374698445">
    <w:abstractNumId w:val="4"/>
  </w:num>
  <w:num w:numId="5" w16cid:durableId="920256728">
    <w:abstractNumId w:val="7"/>
  </w:num>
  <w:num w:numId="6" w16cid:durableId="854806973">
    <w:abstractNumId w:val="3"/>
  </w:num>
  <w:num w:numId="7" w16cid:durableId="810248662">
    <w:abstractNumId w:val="2"/>
  </w:num>
  <w:num w:numId="8" w16cid:durableId="430274848">
    <w:abstractNumId w:val="1"/>
  </w:num>
  <w:num w:numId="9" w16cid:durableId="88421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3B5F"/>
    <w:rsid w:val="001E5AA8"/>
    <w:rsid w:val="0029639D"/>
    <w:rsid w:val="00326F90"/>
    <w:rsid w:val="003668A2"/>
    <w:rsid w:val="006215B5"/>
    <w:rsid w:val="00634E71"/>
    <w:rsid w:val="008707EB"/>
    <w:rsid w:val="009D0A07"/>
    <w:rsid w:val="00AA1D8D"/>
    <w:rsid w:val="00AF68FB"/>
    <w:rsid w:val="00B47730"/>
    <w:rsid w:val="00CB0664"/>
    <w:rsid w:val="00F0343E"/>
    <w:rsid w:val="00F747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48BB20E5-C6D2-4158-9335-A653EFBC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33145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D0A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reasurer@capitalareajustic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easurer@capitalareajustic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Carla McBride</cp:lastModifiedBy>
  <cp:revision>7</cp:revision>
  <dcterms:created xsi:type="dcterms:W3CDTF">2013-12-23T23:15:00Z</dcterms:created>
  <dcterms:modified xsi:type="dcterms:W3CDTF">2026-10-26T14:44:00Z</dcterms:modified>
  <cp:category/>
</cp:coreProperties>
</file>